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[Ihr Firmenname / Ihr Name]</w:t>
      </w:r>
    </w:p>
    <w:p>
      <w:r>
        <w:rPr>
          <w:color w:val="737373"/>
          <w:sz w:val="16"/>
        </w:rPr>
        <w:t>[Straße und Hausnummer] · [PLZ Ort] · [Telefon] · [E-Mail] · [Website]</w:t>
      </w:r>
    </w:p>
    <w:p/>
    <w:p>
      <w:r>
        <w:rPr>
          <w:sz w:val="20"/>
        </w:rPr>
        <w:t>[Name des Kunden]</w:t>
        <w:br/>
        <w:t>[Straße und Hausnummer]</w:t>
        <w:br/>
        <w:t>[PLZ Ort]</w:t>
      </w:r>
    </w:p>
    <w:p>
      <w:pPr>
        <w:jc w:val="right"/>
      </w:pPr>
      <w:r>
        <w:rPr>
          <w:sz w:val="18"/>
        </w:rPr>
        <w:t>Angebots-Nr.: [2026-001]</w:t>
        <w:br/>
        <w:t>Angebotsdatum: [TT.MM.JJJJ]</w:t>
        <w:br/>
        <w:t>Gültig bis: [TT.MM.JJJJ]</w:t>
      </w:r>
    </w:p>
    <w:p>
      <w:r>
        <w:rPr>
          <w:b/>
          <w:sz w:val="26"/>
        </w:rPr>
        <w:t>Angebot Nr. [2026-001]</w:t>
      </w:r>
    </w:p>
    <w:p>
      <w:r>
        <w:rPr>
          <w:sz w:val="20"/>
        </w:rPr>
        <w:t>Sehr geehrte Damen und Herren,</w:t>
        <w:br/>
        <w:br/>
        <w:t>vielen Dank für Ihre Anfrage. Gerne bieten wir Ihnen folgende Leistungen an:</w:t>
      </w:r>
    </w:p>
    <w:tbl>
      <w:tblPr>
        <w:tblStyle w:val="LightGrid-Accent3"/>
        <w:tblW w:type="auto" w:w="0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1938"/>
          </w:tcPr>
          <w:p>
            <w:r>
              <w:rPr>
                <w:b/>
                <w:sz w:val="18"/>
              </w:rPr>
              <w:t>Pos.</w:t>
            </w:r>
          </w:p>
        </w:tc>
        <w:tc>
          <w:tcPr>
            <w:tcW w:type="dxa" w:w="1938"/>
          </w:tcPr>
          <w:p>
            <w:r>
              <w:rPr>
                <w:b/>
                <w:sz w:val="18"/>
              </w:rPr>
              <w:t>Bezeichnung</w:t>
            </w:r>
          </w:p>
        </w:tc>
        <w:tc>
          <w:tcPr>
            <w:tcW w:type="dxa" w:w="1938"/>
          </w:tcPr>
          <w:p>
            <w:r>
              <w:rPr>
                <w:b/>
                <w:sz w:val="18"/>
              </w:rPr>
              <w:t>Menge</w:t>
            </w:r>
          </w:p>
        </w:tc>
        <w:tc>
          <w:tcPr>
            <w:tcW w:type="dxa" w:w="1938"/>
          </w:tcPr>
          <w:p>
            <w:r>
              <w:rPr>
                <w:b/>
                <w:sz w:val="18"/>
              </w:rPr>
              <w:t>Einzelpreis (€)</w:t>
            </w:r>
          </w:p>
        </w:tc>
        <w:tc>
          <w:tcPr>
            <w:tcW w:type="dxa" w:w="1938"/>
          </w:tcPr>
          <w:p>
            <w:r>
              <w:rPr>
                <w:b/>
                <w:sz w:val="18"/>
              </w:rPr>
              <w:t>Gesamt (€)</w:t>
            </w:r>
          </w:p>
        </w:tc>
      </w:tr>
      <w:tr>
        <w:tc>
          <w:tcPr>
            <w:tcW w:type="dxa" w:w="1938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938"/>
          </w:tcPr>
          <w:p>
            <w:r>
              <w:rPr>
                <w:sz w:val="18"/>
              </w:rPr>
              <w:t>[z. B. Webdesign / Beratung / Montage]</w:t>
            </w:r>
          </w:p>
        </w:tc>
        <w:tc>
          <w:tcPr>
            <w:tcW w:type="dxa" w:w="1938"/>
          </w:tcPr>
          <w:p>
            <w:r>
              <w:rPr>
                <w:sz w:val="18"/>
              </w:rPr>
              <w:t>3 Std.</w:t>
            </w:r>
          </w:p>
        </w:tc>
        <w:tc>
          <w:tcPr>
            <w:tcW w:type="dxa" w:w="1938"/>
          </w:tcPr>
          <w:p>
            <w:r>
              <w:rPr>
                <w:sz w:val="18"/>
              </w:rPr>
              <w:t>90,00</w:t>
            </w:r>
          </w:p>
        </w:tc>
        <w:tc>
          <w:tcPr>
            <w:tcW w:type="dxa" w:w="1938"/>
          </w:tcPr>
          <w:p>
            <w:r>
              <w:rPr>
                <w:sz w:val="18"/>
              </w:rPr>
              <w:t>270,00</w:t>
            </w:r>
          </w:p>
        </w:tc>
      </w:tr>
      <w:tr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</w:tr>
      <w:tr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</w:tr>
      <w:tr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</w:tr>
      <w:tr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  <w:tc>
          <w:tcPr>
            <w:tcW w:type="dxa" w:w="1938"/>
          </w:tcPr>
          <w:p/>
        </w:tc>
      </w:tr>
    </w:tbl>
    <w:p/>
    <w:p>
      <w:pPr>
        <w:jc w:val="right"/>
      </w:pPr>
      <w:r>
        <w:rPr>
          <w:b/>
          <w:sz w:val="20"/>
        </w:rPr>
        <w:t>Zwischensumme (netto): [Betrag] €</w:t>
        <w:br/>
        <w:t>zzgl. 19 % USt.: [Betrag] €</w:t>
        <w:br/>
        <w:t>Gesamtbetrag (brutto): [Betrag] €</w:t>
      </w:r>
    </w:p>
    <w:p/>
    <w:p>
      <w:r>
        <w:rPr>
          <w:color w:val="737373"/>
          <w:sz w:val="16"/>
        </w:rPr>
        <w:t>Dieses Angebot ist freibleibend und gültig bis zum oben genannten Datum.</w:t>
        <w:br/>
        <w:t>Alle Preise verstehen sich zzgl. gesetzlicher Umsatzsteuer, sofern nicht anders angegeben.</w:t>
        <w:br/>
        <w:br/>
        <w:t>Tipp: Mit clever-invoice.com wandeln Sie ein angenommenes Angebot mit einem Klick in eine Rechnung um.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